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Equity Approval and Closing Record</w:t>
      </w:r>
    </w:p>
    <w:p>
      <w:r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pPr>
        <w:pStyle w:val="Heading1"/>
      </w:pPr>
      <w:r>
        <w:t>Commercial Terms</w:t>
      </w:r>
    </w:p>
    <w:p>
      <w:pPr/>
      <w:r>
        <w:t xml:space="preserve">Company, approving body and authority: </w:t>
      </w:r>
      <w:r>
        <w:rPr>
          <w:highlight w:val="yellow"/>
        </w:rPr>
        <w:t>[details]</w:t>
      </w:r>
      <w:r>
        <w:t xml:space="preserve">. Meeting/consent date: </w:t>
      </w:r>
      <w:r>
        <w:rPr>
          <w:highlight w:val="yellow"/>
        </w:rPr>
        <w:t>[date]</w:t>
      </w:r>
      <w:r>
        <w:t xml:space="preserve">. Required shareholder/holder approvals: </w:t>
      </w:r>
      <w:r>
        <w:rPr>
          <w:highlight w:val="yellow"/>
        </w:rPr>
        <w:t>[evidence]</w:t>
      </w:r>
      <w:r>
        <w:t>.</w:t>
      </w:r>
    </w:p>
    <w:p>
      <w:pPr>
        <w:pStyle w:val="Heading1"/>
      </w:pPr>
      <w:r>
        <w:t>Approved action</w:t>
      </w:r>
    </w:p>
    <w:p>
      <w:pPr/>
      <w:r/>
      <w:r>
        <w:rPr>
          <w:highlight w:val="yellow"/>
        </w:rPr>
        <w:t>[Recipient; instrument; shares/class; price/consideration; reserve/authorized capacity; valuation evidence; vesting; acceleration; agreements approved]</w:t>
      </w:r>
      <w:r>
        <w:t xml:space="preserve">. Resolution: </w:t>
      </w:r>
      <w:r>
        <w:rPr>
          <w:highlight w:val="yellow"/>
        </w:rPr>
        <w:t>[complete action approved]</w:t>
      </w:r>
      <w:r>
        <w:t>. This record must be executed through a valid meeting/consent process under the actual governing documents.</w:t>
      </w:r>
    </w:p>
    <w:p>
      <w:pPr>
        <w:pStyle w:val="Heading1"/>
      </w:pPr>
      <w:r>
        <w:t>Conditions and closing</w:t>
      </w:r>
    </w:p>
    <w:p>
      <w:pPr/>
      <w:r/>
      <w:r>
        <w:rPr>
          <w:highlight w:val="yellow"/>
        </w:rPr>
        <w:t>[Required approvals; exemption review; payment; signed grant/purchase/joinder; actual issue/transfer; ledger update; reporting/election information]</w:t>
      </w:r>
      <w:r>
        <w:t>. Assign each action an owner and date. Approval alone is not actual issuance, payment or an option exercise.</w:t>
      </w:r>
    </w:p>
    <w:p>
      <w:pPr>
        <w:pStyle w:val="Heading1"/>
      </w:pPr>
      <w:r>
        <w:t>Confirmation</w:t>
      </w:r>
    </w:p>
    <w:p>
      <w:pPr/>
      <w:r/>
      <w:r>
        <w:rPr>
          <w:highlight w:val="yellow"/>
        </w:rPr>
        <w:t>[Authorized certifier; factual completion evidence; unresolved conditions and effect]</w:t>
      </w:r>
      <w:r>
        <w:t>. Never backdate. Store signed approvals and sensitive personal details privately.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Equity Approval and Closing Record</dc:title>
  <dc:subject>Record board/shareholder decisions and actual equity implementation.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