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Commercial Referral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Pay for accepted commercial introductions with transparent attribution and accounting.</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Company/referrer: </w:t>
      </w:r>
      <w:r>
        <w:rPr>
          <w:highlight w:val="yellow"/>
        </w:rPr>
        <w:t>[names/addresses]</w:t>
      </w:r>
      <w:r>
        <w:t xml:space="preserve">. Covered commercial products and excluded/regulated activities: </w:t>
      </w:r>
      <w:r>
        <w:rPr>
          <w:highlight w:val="yellow"/>
        </w:rPr>
        <w:t>[scope]</w:t>
      </w:r>
      <w:r>
        <w:t xml:space="preserve">. Rate and base: </w:t>
      </w:r>
      <w:r>
        <w:rPr>
          <w:highlight w:val="yellow"/>
        </w:rPr>
        <w:t>[formula]</w:t>
      </w:r>
      <w:r>
        <w:t xml:space="preserve">. Accepted-referral process, protection period and post-termination tail: </w:t>
      </w:r>
      <w:r>
        <w:rPr>
          <w:highlight w:val="yellow"/>
        </w:rPr>
        <w:t>[terms]</w:t>
      </w:r>
      <w:r>
        <w:t xml:space="preserve">. Existing accounts and conflicts: </w:t>
      </w:r>
      <w:r>
        <w:rPr>
          <w:highlight w:val="yellow"/>
        </w:rPr>
        <w:t>[schedule]</w:t>
      </w:r>
      <w:r>
        <w:t xml:space="preserve">. Statements/payment/currency: </w:t>
      </w:r>
      <w:r>
        <w:rPr>
          <w:highlight w:val="yellow"/>
        </w:rPr>
        <w:t>[terms]</w:t>
      </w:r>
      <w:r>
        <w:t xml:space="preserve">. Notice contacts: </w:t>
      </w:r>
      <w:r>
        <w:rPr>
          <w:highlight w:val="yellow"/>
        </w:rPr>
        <w:t>[contacts]</w:t>
      </w:r>
      <w:r>
        <w:t>.</w:t>
      </w:r>
    </w:p>
    <w:p>
      <w:pPr>
        <w:pStyle w:val="Heading1"/>
      </w:pPr>
      <w:r>
        <w:t>1. Referral acceptance</w:t>
      </w:r>
    </w:p>
    <w:p>
      <w:pPr/>
      <w:r>
        <w:t xml:space="preserve">Referrer submits identifiable leads with lawful permission to share contact data. Company accepts or rejects within </w:t>
      </w:r>
      <w:r>
        <w:rPr>
          <w:highlight w:val="yellow"/>
        </w:rPr>
        <w:t>[days]</w:t>
      </w:r>
      <w:r>
        <w:t xml:space="preserve"> with a recorded reason, including substantive existing relationships or another accepted lead. Silence does not accept a lead unless explicitly agreed. Keep the signed acceptance and date in a referral register. No introduction alone earns ownership or compensation outside these terms.</w:t>
      </w:r>
    </w:p>
    <w:p>
      <w:pPr>
        <w:pStyle w:val="Heading1"/>
      </w:pPr>
      <w:r>
        <w:t>2. Commissions</w:t>
      </w:r>
    </w:p>
    <w:p>
      <w:pPr/>
      <w:r>
        <w:t>Commission is earned only on the agreed cash receipts or other precisely defined base from an accepted referral producing a covered contract during the protection period. Specify deductions, renewals, related accounts, multiple introducers and currency conversion. Refunds and chargebacks adjust only the corresponding commission; general overhead is not deducted unless expressly agreed. Referrer guarantees no sale and cannot bind Company or set prices.</w:t>
      </w:r>
    </w:p>
    <w:p>
      <w:pPr>
        <w:pStyle w:val="Heading1"/>
      </w:pPr>
      <w:r>
        <w:t>3. Statements and verification</w:t>
      </w:r>
    </w:p>
    <w:p>
      <w:pPr/>
      <w:r>
        <w:t xml:space="preserve">Company supplies periodic statements showing accepted leads, contract dates, receipts, permitted adjustments, earned commission and payment. Pay undisputed sums by the deadline. A confidential limited annual review may verify relevant records on </w:t>
      </w:r>
      <w:r>
        <w:rPr>
          <w:highlight w:val="yellow"/>
        </w:rPr>
        <w:t>[notice]</w:t>
      </w:r>
      <w:r>
        <w:t>, preserving customer privacy. Resolve attribution disputes through contemporaneous evidence.</w:t>
      </w:r>
    </w:p>
    <w:p>
      <w:pPr>
        <w:pStyle w:val="Heading1"/>
      </w:pPr>
      <w:r>
        <w:t>4. Limits and conduct</w:t>
      </w:r>
    </w:p>
    <w:p>
      <w:pPr/>
      <w:r>
        <w:t>This agreement covers lawful commercial sales, not securities solicitation, investment placement or financing commissions. Regulated products/professions require separate permission and compliance review before activity. No exclusive ownership of a customer relationship arises. Use names and logos only with specific approval; confidential information and contact data only for the referral purpose.</w:t>
      </w:r>
    </w:p>
    <w:p>
      <w:pPr>
        <w:pStyle w:val="Heading1"/>
      </w:pPr>
      <w:r>
        <w:t>5. End and tail</w:t>
      </w:r>
    </w:p>
    <w:p>
      <w:pPr/>
      <w:r>
        <w:t xml:space="preserve">Either party may terminate on </w:t>
      </w:r>
      <w:r>
        <w:rPr>
          <w:highlight w:val="yellow"/>
        </w:rPr>
        <w:t>[days]</w:t>
      </w:r>
      <w:r>
        <w:t xml:space="preserve"> notice or for specified uncured material breach. No new leads are accepted after the end date. Previously accepted referrals remain governed by the agreed protection period and cash-receipt tail. Pay earned commissions and preserve necessary records; termination does not erase accrued rights.</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Commercial Referral Agreement</dc:title>
  <dc:subject>Pay for accepted commercial introductions with transparent attribution and accounting.</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