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Contract Termination Agreement</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End a identified commercial relationship and settle transition duties.</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Parties and agreement chain: </w:t>
      </w:r>
      <w:r>
        <w:rPr>
          <w:highlight w:val="yellow"/>
        </w:rPr>
        <w:t>[names, title, date, amendments]</w:t>
      </w:r>
      <w:r>
        <w:t xml:space="preserve">. Termination effective date: </w:t>
      </w:r>
      <w:r>
        <w:rPr>
          <w:highlight w:val="yellow"/>
        </w:rPr>
        <w:t>[date]</w:t>
      </w:r>
      <w:r>
        <w:t xml:space="preserve">. Outstanding payments/refunds and due dates: </w:t>
      </w:r>
      <w:r>
        <w:rPr>
          <w:highlight w:val="yellow"/>
        </w:rPr>
        <w:t>[schedule]</w:t>
      </w:r>
      <w:r>
        <w:t xml:space="preserve">. Work/data/property handover: </w:t>
      </w:r>
      <w:r>
        <w:rPr>
          <w:highlight w:val="yellow"/>
        </w:rPr>
        <w:t>[schedule]</w:t>
      </w:r>
      <w:r>
        <w:t xml:space="preserve">. Surviving duties: </w:t>
      </w:r>
      <w:r>
        <w:rPr>
          <w:highlight w:val="yellow"/>
        </w:rPr>
        <w:t>[specific references]</w:t>
      </w:r>
      <w:r>
        <w:t xml:space="preserve">. Notice contacts: </w:t>
      </w:r>
      <w:r>
        <w:rPr>
          <w:highlight w:val="yellow"/>
        </w:rPr>
        <w:t>[contacts]</w:t>
      </w:r>
      <w:r>
        <w:t>.</w:t>
      </w:r>
    </w:p>
    <w:p>
      <w:pPr>
        <w:pStyle w:val="Heading1"/>
      </w:pPr>
      <w:r>
        <w:t>1. Agreed ending</w:t>
      </w:r>
    </w:p>
    <w:p>
      <w:pPr/>
      <w:r>
        <w:t xml:space="preserve">The identified agreement ends on the completed date. Specify whether active orders or SOWs also end or continue. No unrelated relationship, employment or ownership interest is terminated by implication. Required third-party consents and customer continuity arrangements are </w:t>
      </w:r>
      <w:r>
        <w:rPr>
          <w:highlight w:val="yellow"/>
        </w:rPr>
        <w:t>[details]</w:t>
      </w:r>
      <w:r>
        <w:t>.</w:t>
      </w:r>
    </w:p>
    <w:p>
      <w:pPr>
        <w:pStyle w:val="Heading1"/>
      </w:pPr>
      <w:r>
        <w:t>2. Settlement and transition</w:t>
      </w:r>
    </w:p>
    <w:p>
      <w:pPr/>
      <w:r>
        <w:t>Pay undisputed earned amounts and agreed refunds by the schedule. Deliver identified work and export data through secure channels within stated periods. Return property, remove access and delete data only after the agreed export opportunity, subject to lawful archives and surviving safeguards. Allocate customer notice and transition assistance expressly.</w:t>
      </w:r>
    </w:p>
    <w:p>
      <w:pPr>
        <w:pStyle w:val="Heading1"/>
      </w:pPr>
      <w:r>
        <w:t>3. Rights and release</w:t>
      </w:r>
    </w:p>
    <w:p>
      <w:pPr/>
      <w:r>
        <w:t xml:space="preserve">Accrued rights and identified surviving obligations remain unless a specific lawful signed release says otherwise. Release selection: </w:t>
      </w:r>
      <w:r>
        <w:rPr>
          <w:highlight w:val="yellow"/>
        </w:rPr>
        <w:t>[none / separately completed release identifying parties, claims, exclusions and consideration]</w:t>
      </w:r>
      <w:r>
        <w:t>. This is not an employee severance release or vested-equity forfeiture. No unlisted penalty or repayment duty is created.</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Contract Termination Agreement</dc:title>
  <dc:subject>End a identified commercial relationship and settle transition duties.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